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2232"/>
        <w:gridCol w:w="8136"/>
      </w:tblGrid>
      <w:tr w:rsidR="00592A69">
        <w:trPr>
          <w:jc w:val="center"/>
        </w:trPr>
        <w:tc>
          <w:tcPr>
            <w:tcW w:w="2232" w:type="dxa"/>
            <w:shd w:val="clear" w:color="auto" w:fill="19324D"/>
            <w:vAlign w:val="center"/>
          </w:tcPr>
          <w:p w:rsidR="00592A69" w:rsidRDefault="00592A69">
            <w:pPr>
              <w:spacing w:after="0"/>
              <w:jc w:val="center"/>
              <w:rPr>
                <w:rFonts w:hint="eastAsia"/>
              </w:rPr>
            </w:pPr>
          </w:p>
        </w:tc>
        <w:tc>
          <w:tcPr>
            <w:tcW w:w="8136" w:type="dxa"/>
            <w:shd w:val="clear" w:color="auto" w:fill="19324D"/>
            <w:vAlign w:val="center"/>
          </w:tcPr>
          <w:p w:rsidR="00592A69" w:rsidRDefault="00554B93">
            <w:pPr>
              <w:spacing w:after="20"/>
              <w:rPr>
                <w:rFonts w:hint="eastAsia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37pt;margin-top:-39.55pt;width:72.85pt;height:83.45pt;z-index:251660288;mso-position-horizontal-relative:text;mso-position-vertical-relative:text">
                  <v:imagedata r:id="rId6" o:title="logo umtech"/>
                </v:shape>
              </w:pict>
            </w:r>
            <w:r w:rsidR="00C95B35">
              <w:rPr>
                <w:b/>
                <w:color w:val="FFFFFF"/>
                <w:sz w:val="34"/>
              </w:rPr>
              <w:t>PROFIL ELEKTRIKÁRA</w:t>
            </w:r>
          </w:p>
          <w:p w:rsidR="00554B93" w:rsidRPr="00554B93" w:rsidRDefault="00C95B35">
            <w:pPr>
              <w:spacing w:after="0"/>
              <w:rPr>
                <w:rFonts w:hint="eastAsia"/>
                <w:color w:val="D6E2ED"/>
                <w:sz w:val="16"/>
              </w:rPr>
            </w:pPr>
            <w:r>
              <w:rPr>
                <w:color w:val="D6E2ED"/>
                <w:sz w:val="16"/>
              </w:rPr>
              <w:t>ELEKTRIKER-PROFIL  |  PERSONÁLNY DOTAZNÍK</w:t>
            </w:r>
          </w:p>
        </w:tc>
      </w:tr>
    </w:tbl>
    <w:p w:rsidR="00592A69" w:rsidRDefault="00C95B35" w:rsidP="00554B93">
      <w:pPr>
        <w:tabs>
          <w:tab w:val="right" w:pos="10224"/>
        </w:tabs>
        <w:spacing w:after="20"/>
        <w:rPr>
          <w:i/>
          <w:color w:val="526170"/>
          <w:sz w:val="16"/>
        </w:rPr>
      </w:pPr>
      <w:r>
        <w:rPr>
          <w:i/>
          <w:color w:val="526170"/>
          <w:sz w:val="16"/>
        </w:rPr>
        <w:t xml:space="preserve">Vyplňte všetky relevantné údaje. / Bitte </w:t>
      </w:r>
      <w:proofErr w:type="spellStart"/>
      <w:r>
        <w:rPr>
          <w:i/>
          <w:color w:val="526170"/>
          <w:sz w:val="16"/>
        </w:rPr>
        <w:t>alle</w:t>
      </w:r>
      <w:proofErr w:type="spellEnd"/>
      <w:r>
        <w:rPr>
          <w:i/>
          <w:color w:val="526170"/>
          <w:sz w:val="16"/>
        </w:rPr>
        <w:t xml:space="preserve"> </w:t>
      </w:r>
      <w:proofErr w:type="spellStart"/>
      <w:r>
        <w:rPr>
          <w:i/>
          <w:color w:val="526170"/>
          <w:sz w:val="16"/>
        </w:rPr>
        <w:t>relevanten</w:t>
      </w:r>
      <w:proofErr w:type="spellEnd"/>
      <w:r>
        <w:rPr>
          <w:i/>
          <w:color w:val="526170"/>
          <w:sz w:val="16"/>
        </w:rPr>
        <w:t xml:space="preserve"> </w:t>
      </w:r>
      <w:proofErr w:type="spellStart"/>
      <w:r>
        <w:rPr>
          <w:i/>
          <w:color w:val="526170"/>
          <w:sz w:val="16"/>
        </w:rPr>
        <w:t>Angaben</w:t>
      </w:r>
      <w:proofErr w:type="spellEnd"/>
      <w:r>
        <w:rPr>
          <w:i/>
          <w:color w:val="526170"/>
          <w:sz w:val="16"/>
        </w:rPr>
        <w:t xml:space="preserve"> </w:t>
      </w:r>
      <w:proofErr w:type="spellStart"/>
      <w:r>
        <w:rPr>
          <w:i/>
          <w:color w:val="526170"/>
          <w:sz w:val="16"/>
        </w:rPr>
        <w:t>ausfüllen</w:t>
      </w:r>
      <w:proofErr w:type="spellEnd"/>
      <w:r>
        <w:rPr>
          <w:i/>
          <w:color w:val="526170"/>
          <w:sz w:val="16"/>
        </w:rPr>
        <w:t>.</w:t>
      </w:r>
      <w:r w:rsidR="00554B93">
        <w:rPr>
          <w:rFonts w:hint="eastAsia"/>
          <w:i/>
          <w:color w:val="526170"/>
          <w:sz w:val="16"/>
        </w:rPr>
        <w:tab/>
      </w:r>
    </w:p>
    <w:p w:rsidR="00554B93" w:rsidRDefault="00554B93" w:rsidP="00554B93">
      <w:pPr>
        <w:tabs>
          <w:tab w:val="right" w:pos="10224"/>
        </w:tabs>
        <w:spacing w:after="20"/>
        <w:rPr>
          <w:i/>
          <w:color w:val="526170"/>
          <w:sz w:val="16"/>
        </w:rPr>
      </w:pPr>
    </w:p>
    <w:p w:rsidR="00554B93" w:rsidRDefault="00554B93" w:rsidP="00554B93">
      <w:pPr>
        <w:tabs>
          <w:tab w:val="right" w:pos="10224"/>
        </w:tabs>
        <w:spacing w:after="20"/>
        <w:rPr>
          <w:i/>
          <w:color w:val="526170"/>
          <w:sz w:val="16"/>
        </w:rPr>
      </w:pPr>
    </w:p>
    <w:p w:rsidR="00554B93" w:rsidRDefault="00554B93" w:rsidP="00554B93">
      <w:pPr>
        <w:tabs>
          <w:tab w:val="right" w:pos="10224"/>
        </w:tabs>
        <w:spacing w:after="20"/>
        <w:rPr>
          <w:i/>
          <w:color w:val="526170"/>
          <w:sz w:val="16"/>
        </w:rPr>
      </w:pPr>
    </w:p>
    <w:p w:rsidR="00554B93" w:rsidRDefault="00554B93" w:rsidP="00554B93">
      <w:pPr>
        <w:tabs>
          <w:tab w:val="right" w:pos="10224"/>
        </w:tabs>
        <w:spacing w:after="20"/>
        <w:rPr>
          <w:rFonts w:hint="eastAsia"/>
        </w:rPr>
      </w:pPr>
    </w:p>
    <w:tbl>
      <w:tblPr>
        <w:tblW w:w="10924" w:type="dxa"/>
        <w:jc w:val="center"/>
        <w:tblLayout w:type="fixed"/>
        <w:tblLook w:val="04A0"/>
      </w:tblPr>
      <w:tblGrid>
        <w:gridCol w:w="3869"/>
        <w:gridCol w:w="7055"/>
      </w:tblGrid>
      <w:tr w:rsidR="00592A69" w:rsidTr="00554B93">
        <w:trPr>
          <w:trHeight w:val="590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proofErr w:type="spellStart"/>
            <w:r w:rsidRPr="00554B93">
              <w:rPr>
                <w:b/>
                <w:color w:val="19324D"/>
                <w:sz w:val="24"/>
                <w:szCs w:val="24"/>
              </w:rPr>
              <w:t>Meno</w:t>
            </w:r>
            <w:proofErr w:type="spellEnd"/>
            <w:r w:rsidRPr="00554B93">
              <w:rPr>
                <w:b/>
                <w:color w:val="19324D"/>
                <w:sz w:val="24"/>
                <w:szCs w:val="24"/>
              </w:rPr>
              <w:t xml:space="preserve"> / Name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Meno a priezvisko / Vor- und Nachname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819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1F5F8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Dátum narodenia / Geburtsdatum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DD. MM. RRRR</w:t>
            </w:r>
            <w:r w:rsidR="00CB7DB0">
              <w:rPr>
                <w:i/>
                <w:color w:val="96A0AA"/>
                <w:sz w:val="15"/>
              </w:rPr>
              <w:t xml:space="preserve"> ( </w:t>
            </w:r>
            <w:proofErr w:type="spellStart"/>
            <w:r w:rsidR="00CB7DB0">
              <w:rPr>
                <w:i/>
                <w:color w:val="96A0AA"/>
                <w:sz w:val="15"/>
              </w:rPr>
              <w:t>alebo</w:t>
            </w:r>
            <w:proofErr w:type="spellEnd"/>
            <w:r w:rsidR="00CB7DB0">
              <w:rPr>
                <w:i/>
                <w:color w:val="96A0AA"/>
                <w:sz w:val="15"/>
              </w:rPr>
              <w:t xml:space="preserve"> </w:t>
            </w:r>
            <w:proofErr w:type="spellStart"/>
            <w:r w:rsidR="00CB7DB0">
              <w:rPr>
                <w:i/>
                <w:color w:val="96A0AA"/>
                <w:sz w:val="15"/>
              </w:rPr>
              <w:t>len</w:t>
            </w:r>
            <w:proofErr w:type="spellEnd"/>
            <w:r w:rsidR="00CB7DB0">
              <w:rPr>
                <w:i/>
                <w:color w:val="96A0AA"/>
                <w:sz w:val="15"/>
              </w:rPr>
              <w:t xml:space="preserve"> </w:t>
            </w:r>
            <w:proofErr w:type="spellStart"/>
            <w:r w:rsidR="00CB7DB0">
              <w:rPr>
                <w:i/>
                <w:color w:val="96A0AA"/>
                <w:sz w:val="15"/>
              </w:rPr>
              <w:t>vek</w:t>
            </w:r>
            <w:proofErr w:type="spellEnd"/>
            <w:r w:rsidR="00CB7DB0">
              <w:rPr>
                <w:i/>
                <w:color w:val="96A0AA"/>
                <w:sz w:val="15"/>
              </w:rPr>
              <w:t xml:space="preserve">, </w:t>
            </w:r>
            <w:proofErr w:type="spellStart"/>
            <w:r w:rsidR="00CB7DB0">
              <w:rPr>
                <w:i/>
                <w:color w:val="96A0AA"/>
                <w:sz w:val="15"/>
              </w:rPr>
              <w:t>oder</w:t>
            </w:r>
            <w:proofErr w:type="spellEnd"/>
            <w:r w:rsidR="00CB7DB0">
              <w:rPr>
                <w:i/>
                <w:color w:val="96A0AA"/>
                <w:sz w:val="15"/>
              </w:rPr>
              <w:t xml:space="preserve"> </w:t>
            </w:r>
            <w:proofErr w:type="spellStart"/>
            <w:r w:rsidR="00CB7DB0">
              <w:rPr>
                <w:i/>
                <w:color w:val="96A0AA"/>
                <w:sz w:val="15"/>
              </w:rPr>
              <w:t>nur</w:t>
            </w:r>
            <w:proofErr w:type="spellEnd"/>
            <w:r w:rsidR="00CB7DB0">
              <w:rPr>
                <w:i/>
                <w:color w:val="96A0AA"/>
                <w:sz w:val="15"/>
              </w:rPr>
              <w:t xml:space="preserve"> A</w:t>
            </w:r>
            <w:r w:rsidR="00CB7DB0">
              <w:rPr>
                <w:rFonts w:hint="eastAsia"/>
                <w:i/>
                <w:color w:val="96A0AA"/>
                <w:sz w:val="15"/>
              </w:rPr>
              <w:t>l</w:t>
            </w:r>
            <w:r w:rsidR="00CB7DB0">
              <w:rPr>
                <w:i/>
                <w:color w:val="96A0AA"/>
                <w:sz w:val="15"/>
              </w:rPr>
              <w:t>ter)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572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 xml:space="preserve">Telefónne </w:t>
            </w:r>
            <w:r w:rsidRPr="00554B93">
              <w:rPr>
                <w:b/>
                <w:color w:val="19324D"/>
                <w:sz w:val="24"/>
                <w:szCs w:val="24"/>
              </w:rPr>
              <w:t>číslo / Telefonnummer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+421 / +49 …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629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1F5F8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E-mail / E-Mail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592A69">
            <w:pPr>
              <w:spacing w:before="40" w:after="40"/>
              <w:rPr>
                <w:rFonts w:hint="eastAsia"/>
              </w:rPr>
            </w:pP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590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Jazykové schopnosti / Sprachen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Jazyk + úroveň / Sprache + Niveau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572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1F5F8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Vzdelanie / Ausbildung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Škola, odbor / Schule, Fachrichtung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857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Prax / Berufserfahrung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 xml:space="preserve">Firmy, roky praxe, typy projektov / Firmen, </w:t>
            </w:r>
            <w:r>
              <w:rPr>
                <w:i/>
                <w:color w:val="96A0AA"/>
                <w:sz w:val="15"/>
              </w:rPr>
              <w:t>Jahre, Projekte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857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1F5F8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Špecializácia / Spezialisierung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Napr. priemysel, automatizácia, montáž / z. B. Industrie, Automation, Montage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838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Certifikáty a školenia / Zertifikate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Názov, platnosť / Bezeichnung, Gültigkeit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819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1F5F8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Prax v zahraničí / Auslandserfahrung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proofErr w:type="spellStart"/>
            <w:r>
              <w:rPr>
                <w:i/>
                <w:color w:val="96A0AA"/>
                <w:sz w:val="15"/>
              </w:rPr>
              <w:t>Krajina</w:t>
            </w:r>
            <w:proofErr w:type="spellEnd"/>
            <w:r>
              <w:rPr>
                <w:i/>
                <w:color w:val="96A0AA"/>
                <w:sz w:val="15"/>
              </w:rPr>
              <w:t xml:space="preserve">, </w:t>
            </w:r>
            <w:proofErr w:type="spellStart"/>
            <w:r w:rsidR="00A370D6">
              <w:rPr>
                <w:i/>
                <w:color w:val="96A0AA"/>
                <w:sz w:val="15"/>
              </w:rPr>
              <w:t>roky</w:t>
            </w:r>
            <w:proofErr w:type="spellEnd"/>
            <w:r>
              <w:rPr>
                <w:i/>
                <w:color w:val="96A0AA"/>
                <w:sz w:val="15"/>
              </w:rPr>
              <w:t xml:space="preserve"> / Land, </w:t>
            </w:r>
            <w:proofErr w:type="spellStart"/>
            <w:r w:rsidR="00A370D6">
              <w:rPr>
                <w:i/>
                <w:color w:val="96A0AA"/>
                <w:sz w:val="15"/>
              </w:rPr>
              <w:t>wieviel</w:t>
            </w:r>
            <w:proofErr w:type="spellEnd"/>
            <w:r w:rsidR="00A370D6">
              <w:rPr>
                <w:i/>
                <w:color w:val="96A0AA"/>
                <w:sz w:val="15"/>
              </w:rPr>
              <w:t xml:space="preserve"> </w:t>
            </w:r>
            <w:proofErr w:type="spellStart"/>
            <w:r w:rsidR="00A370D6">
              <w:rPr>
                <w:i/>
                <w:color w:val="96A0AA"/>
                <w:sz w:val="15"/>
              </w:rPr>
              <w:t>Jahre</w:t>
            </w:r>
            <w:proofErr w:type="spellEnd"/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572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Vodičský preukaz / Führerschein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Skupina / Klasse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590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1F5F8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r w:rsidRPr="00554B93">
              <w:rPr>
                <w:b/>
                <w:color w:val="19324D"/>
                <w:sz w:val="24"/>
                <w:szCs w:val="24"/>
              </w:rPr>
              <w:t>Možný nástup od / Verfügbarkeit</w:t>
            </w:r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C95B35">
            <w:pPr>
              <w:spacing w:before="40" w:after="40"/>
              <w:rPr>
                <w:rFonts w:hint="eastAsia"/>
              </w:rPr>
            </w:pPr>
            <w:r>
              <w:rPr>
                <w:i/>
                <w:color w:val="96A0AA"/>
                <w:sz w:val="15"/>
              </w:rPr>
              <w:t>Dátum / Datum</w:t>
            </w: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  <w:tr w:rsidR="00592A69" w:rsidTr="00554B93">
        <w:trPr>
          <w:trHeight w:val="895"/>
          <w:jc w:val="center"/>
        </w:trPr>
        <w:tc>
          <w:tcPr>
            <w:tcW w:w="3869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EAF1F6"/>
            <w:vAlign w:val="center"/>
          </w:tcPr>
          <w:p w:rsidR="00592A69" w:rsidRPr="00554B93" w:rsidRDefault="00C95B35">
            <w:pPr>
              <w:spacing w:before="40" w:after="40"/>
              <w:rPr>
                <w:rFonts w:hint="eastAsia"/>
                <w:sz w:val="24"/>
                <w:szCs w:val="24"/>
              </w:rPr>
            </w:pPr>
            <w:proofErr w:type="spellStart"/>
            <w:r w:rsidRPr="00554B93">
              <w:rPr>
                <w:b/>
                <w:color w:val="19324D"/>
                <w:sz w:val="24"/>
                <w:szCs w:val="24"/>
              </w:rPr>
              <w:t>Poznámky</w:t>
            </w:r>
            <w:proofErr w:type="spellEnd"/>
            <w:r w:rsidRPr="00554B93">
              <w:rPr>
                <w:b/>
                <w:color w:val="19324D"/>
                <w:sz w:val="24"/>
                <w:szCs w:val="24"/>
              </w:rPr>
              <w:t xml:space="preserve"> / </w:t>
            </w:r>
            <w:proofErr w:type="spellStart"/>
            <w:r w:rsidRPr="00554B93">
              <w:rPr>
                <w:b/>
                <w:color w:val="19324D"/>
                <w:sz w:val="24"/>
                <w:szCs w:val="24"/>
              </w:rPr>
              <w:t>Bemerkungen</w:t>
            </w:r>
            <w:proofErr w:type="spellEnd"/>
          </w:p>
        </w:tc>
        <w:tc>
          <w:tcPr>
            <w:tcW w:w="7055" w:type="dxa"/>
            <w:tcBorders>
              <w:top w:val="single" w:sz="4" w:space="0" w:color="C7D2DC"/>
              <w:left w:val="single" w:sz="4" w:space="0" w:color="C7D2DC"/>
              <w:bottom w:val="single" w:sz="4" w:space="0" w:color="C7D2DC"/>
              <w:right w:val="single" w:sz="4" w:space="0" w:color="C7D2DC"/>
            </w:tcBorders>
            <w:shd w:val="clear" w:color="auto" w:fill="FFFFFF"/>
            <w:vAlign w:val="center"/>
          </w:tcPr>
          <w:p w:rsidR="00592A69" w:rsidRDefault="00592A69">
            <w:pPr>
              <w:spacing w:before="40" w:after="40"/>
              <w:rPr>
                <w:rFonts w:hint="eastAsia"/>
              </w:rPr>
            </w:pP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  <w:p w:rsidR="00592A69" w:rsidRDefault="00592A69">
            <w:pPr>
              <w:spacing w:after="20" w:line="240" w:lineRule="auto"/>
              <w:rPr>
                <w:rFonts w:hint="eastAsia"/>
              </w:rPr>
            </w:pPr>
          </w:p>
        </w:tc>
      </w:tr>
    </w:tbl>
    <w:p w:rsidR="00592A69" w:rsidRDefault="00C95B35">
      <w:pPr>
        <w:spacing w:before="100" w:after="0"/>
        <w:jc w:val="center"/>
        <w:rPr>
          <w:rFonts w:hint="eastAsia"/>
        </w:rPr>
      </w:pPr>
      <w:r>
        <w:rPr>
          <w:color w:val="526170"/>
          <w:sz w:val="15"/>
        </w:rPr>
        <w:t>UM-</w:t>
      </w:r>
      <w:proofErr w:type="gramStart"/>
      <w:r>
        <w:rPr>
          <w:color w:val="526170"/>
          <w:sz w:val="15"/>
        </w:rPr>
        <w:t>TECH  •</w:t>
      </w:r>
      <w:proofErr w:type="gramEnd"/>
      <w:r>
        <w:rPr>
          <w:color w:val="526170"/>
          <w:sz w:val="15"/>
        </w:rPr>
        <w:t xml:space="preserve">  </w:t>
      </w:r>
      <w:proofErr w:type="spellStart"/>
      <w:r>
        <w:rPr>
          <w:color w:val="526170"/>
          <w:sz w:val="15"/>
        </w:rPr>
        <w:t>Priemyselná</w:t>
      </w:r>
      <w:proofErr w:type="spellEnd"/>
      <w:r>
        <w:rPr>
          <w:color w:val="526170"/>
          <w:sz w:val="15"/>
        </w:rPr>
        <w:t xml:space="preserve"> </w:t>
      </w:r>
      <w:proofErr w:type="spellStart"/>
      <w:r>
        <w:rPr>
          <w:color w:val="526170"/>
          <w:sz w:val="15"/>
        </w:rPr>
        <w:t>elektroinštalácia</w:t>
      </w:r>
      <w:proofErr w:type="spellEnd"/>
      <w:r>
        <w:rPr>
          <w:color w:val="526170"/>
          <w:sz w:val="15"/>
        </w:rPr>
        <w:t xml:space="preserve"> a </w:t>
      </w:r>
      <w:proofErr w:type="spellStart"/>
      <w:r>
        <w:rPr>
          <w:color w:val="526170"/>
          <w:sz w:val="15"/>
        </w:rPr>
        <w:t>automatizácia</w:t>
      </w:r>
      <w:proofErr w:type="spellEnd"/>
    </w:p>
    <w:sectPr w:rsidR="00592A69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54B93"/>
    <w:rsid w:val="00592A69"/>
    <w:rsid w:val="00A370D6"/>
    <w:rsid w:val="00AA1D8D"/>
    <w:rsid w:val="00B47730"/>
    <w:rsid w:val="00C95B35"/>
    <w:rsid w:val="00CB0664"/>
    <w:rsid w:val="00CB7DB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  <w:rPr>
      <w:rFonts w:ascii="Aptos" w:hAnsi="Aptos"/>
      <w:color w:val="28333E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M-Industry</cp:lastModifiedBy>
  <cp:revision>2</cp:revision>
  <cp:lastPrinted>2026-10-11T13:01:00Z</cp:lastPrinted>
  <dcterms:created xsi:type="dcterms:W3CDTF">2026-10-11T13:02:00Z</dcterms:created>
  <dcterms:modified xsi:type="dcterms:W3CDTF">2026-10-11T13:02:00Z</dcterms:modified>
</cp:coreProperties>
</file>